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ספרות - מושגים, דמויות וציטוטים מהתנ״ך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בספרות כמו דמות, עלילה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ציטוטים ידועים מהתנ״ך לדמות שאמרה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דמויות לפי רמזים ולסדר שלבים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 יסוד בספרות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הדמות שהעלילה מתמקדת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רצף האירועים בסיפור מתחילתו עד סופו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אני? התאמת דמויות מהתנ״ך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(נענה בקריאת הנני כשנקרא על ידי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(דבקה בחמותה נעמי ולא עזבה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(ניצח את הפלשתי הענק בעזרת קלע ואבן)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מקום ההתרחשות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הדמות הראשית היא המרכזית, לא דמות המשנה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- תחילת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סיבוך - הבעיה או הקונפליקט מחריפים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נקודת המתח הגבוהה ביותר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 ברור שמעביר את משמעות המושג מסר בלי המילים האסורות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הדמות שהעלילה מתמקדת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התפתחות, סיבוך,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בדף הזה כהכנה למשחקי הכיתה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ספרות - מושגים, דמויות וציטוטים מהתנ״ך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משחקים על מושגי ספרות, דמויות וציטוטים מהתנ״ך. דף זה מתרגל את אותם נושאים כהכנה למשחקים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יוסף  ·  דוד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מושגי יסוד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דמות ראשית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שמופיעה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הדמות שהעלילה מתמקדת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המספר שמספר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עלילה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רצף האירועים בסיפור מתחילתו עד סופו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המקום שבו נכתב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אני? התאמת דמויות מהתנ״ך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אברהם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דבקה בחמותה נעמי ולא עזבה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ניצח את הפלשתי הענק בעזרת קלע ואבן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נענה בקריאת הנני כשנקרא על ידי האל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מקום ההתרחשות הוא היכן שהאירועים בסיפור קורים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משנה היא הדמות המרכזית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אמר לאחיו: אני יוסף אחיכם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ניצח את גלית בעזרת קלע ואבן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שיא - נקודת המתח הגבוהה ביותר בסיפור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סיבוך - הבעיה או הקונפליקט מחריפים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התפתחות - תחילת האירועים בסיפור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הצגת הדמויות והמקום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את המושג מסר בלי להשתמש במילים: רעיון, לקח, מוסר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דמות 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אמר אל אחיו אני יוסף אחיכם?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ספרות - מושגים, דמויות וציטוטים מהתנ״ך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