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משחקי ספרות - מושגים, דמויות וציטוטים מהתנ״ך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מושגי יסוד בספרות כמו דמות, עלילה ומסר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לשייך ציטוטים ידועים מהתנ״ך לדמות שאמרה אותם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דמויות לפי רמזים ולסדר שלבים בעלילה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מושגי יסוד בספרות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הדמות שהעלילה מתמקדת 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הרעיון המרכזי שהסיפור מעביר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תיאור שמשווה דבר אחד לדבר 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רצף האירועים בסיפור מתחילתו עד סופו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מי אני? התאמת דמויות מהתנ״ך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(נענה בקריאת הנני כשנקרא על ידי האל)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(נמכר בידי אחיו ונעשה למשנה למלך מצרים)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(דבקה בחמותה נעמי ולא עזבה אותה)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(ניצח את הפלשתי הענק בעזרת קלע ואבן)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(הוביל את בני ישראל ביציאה ממצרים)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ההגדרה של מקום ההתרחשות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הדמות הראשית היא המרכזית, לא דמות המשנה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ההגדרה של משל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יוסף סולח לאחיו בסוף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רות הייתה מואבייה שהצטרפה לעם ישראל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הציטוט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לעזבך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- הצגת הדמויות והמקום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התפתחות - תחילת האירועים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סיבוך - הבעיה או הקונפליקט מחריפים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שיא - נקודת המתח הגבוהה ביותר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סיום - פתרון הסיפור וסופו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שלושה רמזים מדויקים שמתאימים לדמות שנבחרה, מהרמז הקל לקשה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הסבר ברור שמעביר את משמעות המושג מסר בלי המילים האסורות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הדמות שהעלילה מתמקדת 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יוסף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פתיחה, התפתחות, סיבוך, שיא, סיום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בדף הזה כהכנה למשחקי הכיתה על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לעבור על חלק ההתאמה יחד בעל פה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לתת דוגמה אחת מודגמת לפני שהתלמידים כותבים 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משחקי ספרות - מושגים, דמויות וציטוטים מהתנ״ך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בכיתה יש משחקים על מילים בספרות, אנשים מהתנ״ך ומשפטים שהם אמרו. בדף הזה נתרגל את 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דמות ראשית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האדם שהסיפור מספר עליו הכי הרבה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דמות משנה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דמות קטנה יותר בסיפור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האירועים שקורים בסיפור לפי הסדר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הרעיון שהסיפור רוצה ללמד אותנו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דימוי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תיאור שמשווה דבר אחד לדבר אחר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קצר שיש בו מוסר השכל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מקום התרחשות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היכן קורים אירועי הסיפור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ציטוט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מדויק שדמות אמרה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מושגי יסוד בספרות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דמות ראשית?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דמות שמופיעה פעם אחת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הדמות שהעלילה מתמקדת 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המספר שמספר את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המקום שבו מתרחש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מסר?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תיאור חיצוני של הדמויות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הרעיון המרכזי שהסיפור מעביר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הספר שבו מופיע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האירועים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דימוי?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תיאור שמשווה דבר אחד לדבר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של דמות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מקום שבו מתרחש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סוף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זו עלילה?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רשימת הדמויות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רצף האירועים בסיפור מתחילתו עד סופו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המקום שבו נכתב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תיאור חיצוני של גיבור הסיפור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מי אני? התאמת דמויות מהתנ״ך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אברהם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הוביל את בני ישראל ביציאה ממצרים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יוסף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דבקה בחמותה נעמי ולא עזבה אותה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נמכר בידי אחיו ונעשה למשנה למלך מצרים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נענה בקריאת הנני כשנקרא על ידי האל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ניצח את הפלשתי הענק בעזרת קלע ואבן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ההתרחשות הוא היכן שהאירועים בסיפור קורים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דמות משנה היא הדמות המרכזית בעלילה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משל הוא סיפור קצר שמעביר מוסר השכל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בסיפור יוסף ואחיו, יוסף נוקם באחיו ולא סולח להם לעולם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רות הייתה בת עמו של בועז מלידתה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הציטוט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אמר לאחיו: אני יוסף אחיכם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ניצח את גלית בעזרת קלע ואבן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רות אמרה לנעמי: אל תפגעי בי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משה הוביל את בני ישראל ביציאת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האל אמר לאברהם: __________ לך מארצך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התפתחות - תחילת האירועים בסיפור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סיום - פתרון הסיפור וסופו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שיא - נקודת המתח הגבוהה ביותר בסיפור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פתיחה - הצגת הדמויות והמקום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סיבוך - הבעיה או הקונפליקט מחריפים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חידת מי אני בת שלושה רמזים על דמות מהתנ״ך, בלי לציין את שמה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את המושג מסר בלי להשתמש במילים: רעיון, לקח, מוסר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דמות ראשית בסיפור?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אמר אל אחיו אני יוסף אחיכם?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הסדר הנכון של שלבי העלילה?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משחקי ספרות - מושגים, דמויות וציטוטים מהתנ״ך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