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ספרות - מושגים, דמויות וציטוטים מהתנ״ך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 יסוד בספרות כמו דמות, עלילה ומסר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לשייך ציטוטים ידועים מהתנ״ך לדמות שאמרה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דמויות לפי רמזים ולסדר שלבים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מושגי יסוד בספרות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הדמות שהעלילה מתמקדת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הרעיון המרכזי שהסיפור מעביר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תיאור שמשווה דבר אחד לדבר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רצף האירועים בסיפור מתחילתו עד סופו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אני? התאמת דמויות מהתנ״ך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(נענה בקריאת הנני כשנקרא על ידי האל)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(נמכר בידי אחיו ונעשה למשנה למלך 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(דבקה בחמותה נעמי ולא עזבה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(ניצח את הפלשתי הענק בעזרת קלע ואבן)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(הוביל את בני ישראל ביציאה ממצרים)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מקום ההתרחשות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הדמות הראשית היא המרכזית, לא דמות המשנה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יוסף סולח לאחיו בסוף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רות הייתה מואבייה שהצטרפה לעם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לעזבך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הצגת הדמויות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התפתחות - תחילת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סיבוך - הבעיה או הקונפליקט מחריפים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שיא - נקודת המתח הגבוהה ביותר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- פתרון הסיפור וסופו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רמזים מדויקים שמתאימים לדמות שנבחרה, מהרמז הקל לקשה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ברור שמעביר את משמעות המושג מסר בלי המילים האסורות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הדמות שהעלילה מתמקדת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התפתחות, סיבוך, שיא,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בדף הזה כהכנה למשחקי הכיתה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ההתאמה יחד בעל פה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אחת מודגמת לפני שהתלמידים כותבים 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ספרות - מושגים, דמויות וציטוטים מהתנ״ך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משחקים על מושגי ספרות, דמויות וציטוטים מהתנ״ך. דף זה מתרגל את אותם נושאים כהכנה למשחקים בכיתה.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מושגי יסוד בספרות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דמות ראשית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שמופיעה פעם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הדמות שהעלילה מתמקדת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המספר שמספר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המקום שבו מתרחש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המסר בסיפור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חיצוני של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הרעיון המרכזי שהסיפור מעביר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הספר שבו מופיע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האירועים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דימוי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שמשווה דבר אחד לדבר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דמות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שבו מתרחש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עלילה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הדמויות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רצף האירועים בסיפור מתחילתו עד סופו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המקום שבו נכתב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חיצוני של גיבור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 אני? התאמת דמויות מהתנ״ך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אברהם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דבקה בחמותה נעמי ולא עזבה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ניצח את הפלשתי הענק בעזרת קלע ואבן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נענה בקריאת הנני כשנקרא על ידי האל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הוביל את בני ישראל ביציאה ממצרים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נמכר בידי אחיו ונעשה למשנה למלך 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ההתרחשות הוא היכן שהאירועים בסיפור קורים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משנה היא הדמות המרכזית בעלילה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 הוא סיפור קצר שמעביר מוסר השכל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יוסף ואחיו, יוסף נוקם באחיו ולא סולח להם לעולם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רות הייתה בת עמו של בועז מלידתה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אמר לאחיו: אני יוסף אחיכם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ניצח את גלית בעזרת קלע ואבן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רות אמרה לנעמי: אל תפגעי בי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משה הוביל את בני ישראל ביציאת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האל אמר לאברהם: __________ לך מארצך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סיבוך - הבעיה או הקונפליקט מחריפים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- פתרון הסיפור וסופו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- נקודת המתח הגבוהה ביותר בסיפור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- הצגת הדמויות והמקום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התפתחות - תחילת האירועים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חידת מי אני בת שלושה רמזים על דמות מהתנ״ך, בלי לציין את שמה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את המושג מסר בלי להשתמש במילים: רעיון, לקח, מוסר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דמות ראשית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אמר אל אחיו אני יוסף אחיכם?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הסדר הנכון של שלבי העלילה?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ספרות - מושגים, דמויות וציטוטים מהתנ״ך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